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 w:line="300" w:lineRule="auto"/>
        <w:jc w:val="center"/>
      </w:pPr>
      <w:r>
        <w:rPr>
          <w:rFonts w:ascii="微軟正黑體" w:hAnsi="微軟正黑體" w:eastAsia="微軟正黑體"/>
          <w:b/>
          <w:sz w:val="34"/>
        </w:rPr>
        <w:t>2026幻華中篇懸疑創作小說獎　報名表</w:t>
      </w:r>
    </w:p>
    <w:p>
      <w:pPr>
        <w:spacing w:before="0" w:after="40" w:line="300" w:lineRule="auto"/>
        <w:jc w:val="center"/>
      </w:pPr>
      <w:r>
        <w:rPr>
          <w:rFonts w:ascii="微軟正黑體" w:hAnsi="微軟正黑體" w:eastAsia="微軟正黑體"/>
          <w:b w:val="0"/>
          <w:color w:val="595959"/>
          <w:sz w:val="19"/>
        </w:rPr>
        <w:t>本表供以電子郵件投稿者使用。循線上表單投稿者，表單填寫的內容即為報名資料，不必另填本表。</w:t>
      </w:r>
    </w:p>
    <w:p>
      <w:pPr>
        <w:spacing w:before="0" w:after="120" w:line="300" w:lineRule="auto"/>
        <w:jc w:val="center"/>
      </w:pPr>
      <w:r>
        <w:rPr>
          <w:rFonts w:ascii="微軟正黑體" w:hAnsi="微軟正黑體" w:eastAsia="微軟正黑體"/>
          <w:b w:val="0"/>
          <w:color w:val="595959"/>
          <w:sz w:val="19"/>
        </w:rPr>
        <w:t>填妥後另存 PDF，於 2026 年 11 月 30 日前連同小說全文、購買證明、身分證正面影本，寄至 beguiling.creative@gmail.com，主旨寫「幻華懸疑獎投稿＋組別＋作品名稱」。</w:t>
      </w:r>
    </w:p>
    <w:p>
      <w:pPr>
        <w:spacing w:before="180" w:after="60"/>
        <w:pBdr>
          <w:bottom w:val="single" w:sz="8" w:color="666666"/>
        </w:pBdr>
      </w:pPr>
      <w:r>
        <w:rPr>
          <w:rFonts w:ascii="微軟正黑體" w:hAnsi="微軟正黑體" w:eastAsia="微軟正黑體"/>
          <w:b/>
          <w:sz w:val="23"/>
        </w:rPr>
        <w:t>一、作品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54"/>
        </w:trPr>
        <w:tc>
          <w:tcPr>
            <w:tcW w:type="dxa" w:w="2608"/>
            <w:shd w:val="clear" w:fill="F2F2F2"/>
          </w:tcPr>
          <w:p>
            <w:pPr>
              <w:spacing w:before="60" w:after="60"/>
            </w:pPr>
            <w:r/>
            <w:r>
              <w:rPr>
                <w:rFonts w:ascii="微軟正黑體" w:hAnsi="微軟正黑體" w:eastAsia="微軟正黑體"/>
                <w:b/>
                <w:sz w:val="21"/>
              </w:rPr>
              <w:t>作品名稱</w:t>
            </w:r>
          </w:p>
        </w:tc>
        <w:tc>
          <w:tcPr>
            <w:tcW w:type="dxa" w:w="6463"/>
          </w:tcPr>
          <w:p>
            <w:pPr>
              <w:spacing w:before="60" w:after="60"/>
            </w:pPr>
            <w:r/>
            <w:r>
              <w:rPr>
                <w:rFonts w:ascii="微軟正黑體" w:hAnsi="微軟正黑體" w:eastAsia="微軟正黑體"/>
                <w:b w:val="0"/>
                <w:color w:val="595959"/>
                <w:sz w:val="19"/>
              </w:rPr>
            </w:r>
          </w:p>
        </w:tc>
      </w:tr>
      <w:tr>
        <w:trPr>
          <w:trHeight w:val="454"/>
        </w:trPr>
        <w:tc>
          <w:tcPr>
            <w:tcW w:type="dxa" w:w="2608"/>
            <w:shd w:val="clear" w:fill="F2F2F2"/>
          </w:tcPr>
          <w:p>
            <w:pPr>
              <w:spacing w:before="60" w:after="60"/>
            </w:pPr>
            <w:r/>
            <w:r>
              <w:rPr>
                <w:rFonts w:ascii="微軟正黑體" w:hAnsi="微軟正黑體" w:eastAsia="微軟正黑體"/>
                <w:b/>
                <w:sz w:val="21"/>
              </w:rPr>
              <w:t>全文字數</w:t>
            </w:r>
          </w:p>
        </w:tc>
        <w:tc>
          <w:tcPr>
            <w:tcW w:type="dxa" w:w="6463"/>
          </w:tcPr>
          <w:p>
            <w:pPr>
              <w:spacing w:before="60" w:after="60"/>
            </w:pPr>
            <w:r/>
            <w:r>
              <w:rPr>
                <w:rFonts w:ascii="微軟正黑體" w:hAnsi="微軟正黑體" w:eastAsia="微軟正黑體"/>
                <w:b w:val="0"/>
                <w:color w:val="595959"/>
                <w:sz w:val="19"/>
              </w:rPr>
              <w:t>填數字即可。本獎收件範圍 39500 至 40500 字，以 Word 字數統計之「字數」欄為準，含標點、不含空白</w:t>
            </w:r>
          </w:p>
        </w:tc>
      </w:tr>
    </w:tbl>
    <w:p>
      <w:pPr>
        <w:spacing w:before="160" w:after="40" w:line="300" w:lineRule="auto"/>
      </w:pPr>
      <w:r>
        <w:rPr>
          <w:rFonts w:ascii="微軟正黑體" w:hAnsi="微軟正黑體" w:eastAsia="微軟正黑體"/>
          <w:b w:val="0"/>
          <w:sz w:val="20"/>
        </w:rPr>
        <w:t>報名組別（擇一勾選，不得跨組重複投稿）</w:t>
      </w:r>
    </w:p>
    <w:p>
      <w:pPr>
        <w:spacing w:before="20" w:after="20" w:line="269" w:lineRule="auto"/>
        <w:ind w:left="283"/>
      </w:pPr>
      <w:r>
        <w:rPr>
          <w:rFonts w:ascii="微軟正黑體" w:hAnsi="微軟正黑體" w:eastAsia="微軟正黑體"/>
          <w:sz w:val="21"/>
        </w:rPr>
        <w:t>☐　第一組　作家組</w:t>
      </w:r>
    </w:p>
    <w:p>
      <w:pPr>
        <w:spacing w:before="20" w:after="20" w:line="269" w:lineRule="auto"/>
        <w:ind w:left="283"/>
      </w:pPr>
      <w:r>
        <w:rPr>
          <w:rFonts w:ascii="微軟正黑體" w:hAnsi="微軟正黑體" w:eastAsia="微軟正黑體"/>
          <w:sz w:val="21"/>
        </w:rPr>
        <w:t>☐　第二組　公開組</w:t>
      </w:r>
    </w:p>
    <w:p>
      <w:pPr>
        <w:spacing w:before="180" w:after="60"/>
        <w:pBdr>
          <w:bottom w:val="single" w:sz="8" w:color="666666"/>
        </w:pBdr>
      </w:pPr>
      <w:r>
        <w:rPr>
          <w:rFonts w:ascii="微軟正黑體" w:hAnsi="微軟正黑體" w:eastAsia="微軟正黑體"/>
          <w:b/>
          <w:sz w:val="23"/>
        </w:rPr>
        <w:t>二、投稿人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54"/>
        </w:trPr>
        <w:tc>
          <w:tcPr>
            <w:tcW w:type="dxa" w:w="2608"/>
            <w:shd w:val="clear" w:fill="F2F2F2"/>
          </w:tcPr>
          <w:p>
            <w:pPr>
              <w:spacing w:before="60" w:after="60"/>
            </w:pPr>
            <w:r/>
            <w:r>
              <w:rPr>
                <w:rFonts w:ascii="微軟正黑體" w:hAnsi="微軟正黑體" w:eastAsia="微軟正黑體"/>
                <w:b/>
                <w:sz w:val="21"/>
              </w:rPr>
              <w:t>姓名</w:t>
            </w:r>
          </w:p>
        </w:tc>
        <w:tc>
          <w:tcPr>
            <w:tcW w:type="dxa" w:w="6463"/>
          </w:tcPr>
          <w:p>
            <w:pPr>
              <w:spacing w:before="60" w:after="60"/>
            </w:pPr>
            <w:r/>
            <w:r>
              <w:rPr>
                <w:rFonts w:ascii="微軟正黑體" w:hAnsi="微軟正黑體" w:eastAsia="微軟正黑體"/>
                <w:b w:val="0"/>
                <w:color w:val="595959"/>
                <w:sz w:val="19"/>
              </w:rPr>
              <w:t>與身分證件相同</w:t>
            </w:r>
          </w:p>
        </w:tc>
      </w:tr>
      <w:tr>
        <w:trPr>
          <w:trHeight w:val="454"/>
        </w:trPr>
        <w:tc>
          <w:tcPr>
            <w:tcW w:type="dxa" w:w="2608"/>
            <w:shd w:val="clear" w:fill="F2F2F2"/>
          </w:tcPr>
          <w:p>
            <w:pPr>
              <w:spacing w:before="60" w:after="60"/>
            </w:pPr>
            <w:r/>
            <w:r>
              <w:rPr>
                <w:rFonts w:ascii="微軟正黑體" w:hAnsi="微軟正黑體" w:eastAsia="微軟正黑體"/>
                <w:b/>
                <w:sz w:val="21"/>
              </w:rPr>
              <w:t>發表用筆名</w:t>
            </w:r>
          </w:p>
        </w:tc>
        <w:tc>
          <w:tcPr>
            <w:tcW w:type="dxa" w:w="6463"/>
          </w:tcPr>
          <w:p>
            <w:pPr>
              <w:spacing w:before="60" w:after="60"/>
            </w:pPr>
            <w:r/>
            <w:r>
              <w:rPr>
                <w:rFonts w:ascii="微軟正黑體" w:hAnsi="微軟正黑體" w:eastAsia="微軟正黑體"/>
                <w:b w:val="0"/>
                <w:color w:val="595959"/>
                <w:sz w:val="19"/>
              </w:rPr>
              <w:t>必填。入選作品一律以筆名發表，簽約後不再變更；本名不對外揭露</w:t>
            </w:r>
          </w:p>
        </w:tc>
      </w:tr>
      <w:tr>
        <w:trPr>
          <w:trHeight w:val="454"/>
        </w:trPr>
        <w:tc>
          <w:tcPr>
            <w:tcW w:type="dxa" w:w="2608"/>
            <w:shd w:val="clear" w:fill="F2F2F2"/>
          </w:tcPr>
          <w:p>
            <w:pPr>
              <w:spacing w:before="60" w:after="60"/>
            </w:pPr>
            <w:r/>
            <w:r>
              <w:rPr>
                <w:rFonts w:ascii="微軟正黑體" w:hAnsi="微軟正黑體" w:eastAsia="微軟正黑體"/>
                <w:b/>
                <w:sz w:val="21"/>
              </w:rPr>
              <w:t>出生年月日</w:t>
            </w:r>
          </w:p>
        </w:tc>
        <w:tc>
          <w:tcPr>
            <w:tcW w:type="dxa" w:w="6463"/>
          </w:tcPr>
          <w:p>
            <w:pPr>
              <w:spacing w:before="60" w:after="60"/>
            </w:pPr>
            <w:r/>
            <w:r>
              <w:rPr>
                <w:rFonts w:ascii="微軟正黑體" w:hAnsi="微軟正黑體" w:eastAsia="微軟正黑體"/>
                <w:b w:val="0"/>
                <w:color w:val="595959"/>
                <w:sz w:val="19"/>
              </w:rPr>
              <w:t xml:space="preserve">　　　　年　　　月　　　日</w:t>
            </w:r>
          </w:p>
        </w:tc>
      </w:tr>
      <w:tr>
        <w:trPr>
          <w:trHeight w:val="454"/>
        </w:trPr>
        <w:tc>
          <w:tcPr>
            <w:tcW w:type="dxa" w:w="2608"/>
            <w:shd w:val="clear" w:fill="F2F2F2"/>
          </w:tcPr>
          <w:p>
            <w:pPr>
              <w:spacing w:before="60" w:after="60"/>
            </w:pPr>
            <w:r/>
            <w:r>
              <w:rPr>
                <w:rFonts w:ascii="微軟正黑體" w:hAnsi="微軟正黑體" w:eastAsia="微軟正黑體"/>
                <w:b/>
                <w:sz w:val="21"/>
              </w:rPr>
              <w:t>現居縣市</w:t>
            </w:r>
          </w:p>
        </w:tc>
        <w:tc>
          <w:tcPr>
            <w:tcW w:type="dxa" w:w="6463"/>
          </w:tcPr>
          <w:p>
            <w:pPr>
              <w:spacing w:before="60" w:after="60"/>
            </w:pPr>
            <w:r/>
            <w:r>
              <w:rPr>
                <w:rFonts w:ascii="微軟正黑體" w:hAnsi="微軟正黑體" w:eastAsia="微軟正黑體"/>
                <w:b w:val="0"/>
                <w:color w:val="595959"/>
                <w:sz w:val="19"/>
              </w:rPr>
            </w:r>
          </w:p>
        </w:tc>
      </w:tr>
      <w:tr>
        <w:trPr>
          <w:trHeight w:val="454"/>
        </w:trPr>
        <w:tc>
          <w:tcPr>
            <w:tcW w:type="dxa" w:w="2608"/>
            <w:shd w:val="clear" w:fill="F2F2F2"/>
          </w:tcPr>
          <w:p>
            <w:pPr>
              <w:spacing w:before="60" w:after="60"/>
            </w:pPr>
            <w:r/>
            <w:r>
              <w:rPr>
                <w:rFonts w:ascii="微軟正黑體" w:hAnsi="微軟正黑體" w:eastAsia="微軟正黑體"/>
                <w:b/>
                <w:sz w:val="21"/>
              </w:rPr>
              <w:t>通訊地址</w:t>
            </w:r>
          </w:p>
        </w:tc>
        <w:tc>
          <w:tcPr>
            <w:tcW w:type="dxa" w:w="6463"/>
          </w:tcPr>
          <w:p>
            <w:pPr>
              <w:spacing w:before="60" w:after="60"/>
            </w:pPr>
            <w:r/>
            <w:r>
              <w:rPr>
                <w:rFonts w:ascii="微軟正黑體" w:hAnsi="微軟正黑體" w:eastAsia="微軟正黑體"/>
                <w:b w:val="0"/>
                <w:color w:val="595959"/>
                <w:sz w:val="19"/>
              </w:rPr>
            </w:r>
          </w:p>
        </w:tc>
      </w:tr>
      <w:tr>
        <w:trPr>
          <w:trHeight w:val="454"/>
        </w:trPr>
        <w:tc>
          <w:tcPr>
            <w:tcW w:type="dxa" w:w="2608"/>
            <w:shd w:val="clear" w:fill="F2F2F2"/>
          </w:tcPr>
          <w:p>
            <w:pPr>
              <w:spacing w:before="60" w:after="60"/>
            </w:pPr>
            <w:r/>
            <w:r>
              <w:rPr>
                <w:rFonts w:ascii="微軟正黑體" w:hAnsi="微軟正黑體" w:eastAsia="微軟正黑體"/>
                <w:b/>
                <w:sz w:val="21"/>
              </w:rPr>
              <w:t>聯絡電話</w:t>
            </w:r>
          </w:p>
        </w:tc>
        <w:tc>
          <w:tcPr>
            <w:tcW w:type="dxa" w:w="6463"/>
          </w:tcPr>
          <w:p>
            <w:pPr>
              <w:spacing w:before="60" w:after="60"/>
            </w:pPr>
            <w:r/>
            <w:r>
              <w:rPr>
                <w:rFonts w:ascii="微軟正黑體" w:hAnsi="微軟正黑體" w:eastAsia="微軟正黑體"/>
                <w:b w:val="0"/>
                <w:color w:val="595959"/>
                <w:sz w:val="19"/>
              </w:rPr>
            </w:r>
          </w:p>
        </w:tc>
      </w:tr>
      <w:tr>
        <w:trPr>
          <w:trHeight w:val="454"/>
        </w:trPr>
        <w:tc>
          <w:tcPr>
            <w:tcW w:type="dxa" w:w="2608"/>
            <w:shd w:val="clear" w:fill="F2F2F2"/>
          </w:tcPr>
          <w:p>
            <w:pPr>
              <w:spacing w:before="60" w:after="60"/>
            </w:pPr>
            <w:r/>
            <w:r>
              <w:rPr>
                <w:rFonts w:ascii="微軟正黑體" w:hAnsi="微軟正黑體" w:eastAsia="微軟正黑體"/>
                <w:b/>
                <w:sz w:val="21"/>
              </w:rPr>
              <w:t>電子信箱</w:t>
            </w:r>
          </w:p>
        </w:tc>
        <w:tc>
          <w:tcPr>
            <w:tcW w:type="dxa" w:w="6463"/>
          </w:tcPr>
          <w:p>
            <w:pPr>
              <w:spacing w:before="60" w:after="60"/>
            </w:pPr>
            <w:r/>
            <w:r>
              <w:rPr>
                <w:rFonts w:ascii="微軟正黑體" w:hAnsi="微軟正黑體" w:eastAsia="微軟正黑體"/>
                <w:b w:val="0"/>
                <w:color w:val="595959"/>
                <w:sz w:val="19"/>
              </w:rPr>
              <w:t>後續通知與閱讀意見皆寄此信箱</w:t>
            </w:r>
          </w:p>
        </w:tc>
      </w:tr>
    </w:tbl>
    <w:p>
      <w:pPr>
        <w:spacing w:before="180" w:after="60"/>
        <w:pBdr>
          <w:bottom w:val="single" w:sz="8" w:color="666666"/>
        </w:pBdr>
      </w:pPr>
      <w:r>
        <w:rPr>
          <w:rFonts w:ascii="微軟正黑體" w:hAnsi="微軟正黑體" w:eastAsia="微軟正黑體"/>
          <w:b/>
          <w:sz w:val="23"/>
        </w:rPr>
        <w:t>三、作家組身分別</w:t>
      </w:r>
    </w:p>
    <w:p>
      <w:pPr>
        <w:spacing w:before="0" w:after="80" w:line="300" w:lineRule="auto"/>
      </w:pPr>
      <w:r>
        <w:rPr>
          <w:rFonts w:ascii="微軟正黑體" w:hAnsi="微軟正黑體" w:eastAsia="微軟正黑體"/>
          <w:b w:val="0"/>
          <w:color w:val="595959"/>
          <w:sz w:val="19"/>
        </w:rPr>
        <w:t>報名第一組　作家組者填寫；公開組免填。</w:t>
      </w:r>
    </w:p>
    <w:p>
      <w:pPr>
        <w:spacing w:before="20" w:after="20" w:line="269" w:lineRule="auto"/>
        <w:ind w:left="283"/>
      </w:pPr>
      <w:r>
        <w:rPr>
          <w:rFonts w:ascii="微軟正黑體" w:hAnsi="微軟正黑體" w:eastAsia="微軟正黑體"/>
          <w:sz w:val="21"/>
        </w:rPr>
        <w:t>☐　台灣犯罪作家聯會現任會員</w:t>
      </w:r>
    </w:p>
    <w:p>
      <w:pPr>
        <w:spacing w:before="20" w:after="20" w:line="269" w:lineRule="auto"/>
        <w:ind w:left="283"/>
      </w:pPr>
      <w:r>
        <w:rPr>
          <w:rFonts w:ascii="微軟正黑體" w:hAnsi="微軟正黑體" w:eastAsia="微軟正黑體"/>
          <w:sz w:val="21"/>
        </w:rPr>
        <w:t>☐　曾於幻華創造出版著作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54"/>
        </w:trPr>
        <w:tc>
          <w:tcPr>
            <w:tcW w:type="dxa" w:w="2608"/>
            <w:shd w:val="clear" w:fill="F2F2F2"/>
          </w:tcPr>
          <w:p>
            <w:pPr>
              <w:spacing w:before="60" w:after="60"/>
            </w:pPr>
            <w:r/>
            <w:r>
              <w:rPr>
                <w:rFonts w:ascii="微軟正黑體" w:hAnsi="微軟正黑體" w:eastAsia="微軟正黑體"/>
                <w:b/>
                <w:sz w:val="21"/>
              </w:rPr>
              <w:t>會員編號或著作書名</w:t>
            </w:r>
          </w:p>
        </w:tc>
        <w:tc>
          <w:tcPr>
            <w:tcW w:type="dxa" w:w="6463"/>
          </w:tcPr>
          <w:p>
            <w:pPr>
              <w:spacing w:before="60" w:after="60"/>
            </w:pPr>
            <w:r/>
            <w:r>
              <w:rPr>
                <w:rFonts w:ascii="微軟正黑體" w:hAnsi="微軟正黑體" w:eastAsia="微軟正黑體"/>
                <w:b w:val="0"/>
                <w:color w:val="595959"/>
                <w:sz w:val="19"/>
              </w:rPr>
            </w:r>
          </w:p>
        </w:tc>
      </w:tr>
    </w:tbl>
    <w:p>
      <w:pPr>
        <w:spacing w:before="180" w:after="60"/>
        <w:pBdr>
          <w:bottom w:val="single" w:sz="8" w:color="666666"/>
        </w:pBdr>
      </w:pPr>
      <w:r>
        <w:rPr>
          <w:rFonts w:ascii="微軟正黑體" w:hAnsi="微軟正黑體" w:eastAsia="微軟正黑體"/>
          <w:b/>
          <w:sz w:val="23"/>
        </w:rPr>
        <w:t>四、報名條件</w:t>
      </w:r>
    </w:p>
    <w:p>
      <w:pPr>
        <w:spacing w:before="0" w:after="80" w:line="300" w:lineRule="auto"/>
      </w:pPr>
      <w:r>
        <w:rPr>
          <w:rFonts w:ascii="微軟正黑體" w:hAnsi="微軟正黑體" w:eastAsia="微軟正黑體"/>
          <w:b w:val="0"/>
          <w:sz w:val="20"/>
        </w:rPr>
        <w:t>購買品項（擇一勾選，並檢附購買證明；購買人須為投稿人本人）</w:t>
      </w:r>
    </w:p>
    <w:p>
      <w:pPr>
        <w:spacing w:before="20" w:after="20" w:line="269" w:lineRule="auto"/>
        <w:ind w:left="283"/>
      </w:pPr>
      <w:r>
        <w:rPr>
          <w:rFonts w:ascii="微軟正黑體" w:hAnsi="微軟正黑體" w:eastAsia="微軟正黑體"/>
          <w:sz w:val="21"/>
        </w:rPr>
        <w:t>☐　《推理》雜誌二○二六年出版之一期</w:t>
      </w:r>
    </w:p>
    <w:p>
      <w:pPr>
        <w:spacing w:before="20" w:after="20" w:line="269" w:lineRule="auto"/>
        <w:ind w:left="283"/>
      </w:pPr>
      <w:r>
        <w:rPr>
          <w:rFonts w:ascii="微軟正黑體" w:hAnsi="微軟正黑體" w:eastAsia="微軟正黑體"/>
          <w:sz w:val="21"/>
        </w:rPr>
        <w:t>☐　幻華創造二○二六年出版之作品</w:t>
      </w:r>
    </w:p>
    <w:p>
      <w:pPr>
        <w:spacing w:before="180" w:after="60"/>
        <w:pBdr>
          <w:bottom w:val="single" w:sz="8" w:color="666666"/>
        </w:pBdr>
      </w:pPr>
      <w:r>
        <w:rPr>
          <w:rFonts w:ascii="微軟正黑體" w:hAnsi="微軟正黑體" w:eastAsia="微軟正黑體"/>
          <w:b/>
          <w:sz w:val="23"/>
        </w:rPr>
        <w:t>五、發表狀態</w:t>
      </w:r>
    </w:p>
    <w:p>
      <w:pPr>
        <w:spacing w:before="0" w:after="40" w:line="300" w:lineRule="auto"/>
      </w:pPr>
      <w:r>
        <w:rPr>
          <w:rFonts w:ascii="微軟正黑體" w:hAnsi="微軟正黑體" w:eastAsia="微軟正黑體"/>
          <w:b w:val="0"/>
          <w:sz w:val="20"/>
        </w:rPr>
        <w:t>本作品曾於網路平台、社群或個人網站公開試閱或連載</w:t>
      </w:r>
    </w:p>
    <w:p>
      <w:pPr>
        <w:spacing w:before="20" w:after="20" w:line="269" w:lineRule="auto"/>
        <w:ind w:left="283"/>
      </w:pPr>
      <w:r>
        <w:rPr>
          <w:rFonts w:ascii="微軟正黑體" w:hAnsi="微軟正黑體" w:eastAsia="微軟正黑體"/>
          <w:sz w:val="21"/>
        </w:rPr>
        <w:t>☐　否</w:t>
      </w:r>
    </w:p>
    <w:p>
      <w:pPr>
        <w:spacing w:before="20" w:after="20" w:line="269" w:lineRule="auto"/>
        <w:ind w:left="283"/>
      </w:pPr>
      <w:r>
        <w:rPr>
          <w:rFonts w:ascii="微軟正黑體" w:hAnsi="微軟正黑體" w:eastAsia="微軟正黑體"/>
          <w:sz w:val="21"/>
        </w:rPr>
        <w:t>☐　是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54"/>
        </w:trPr>
        <w:tc>
          <w:tcPr>
            <w:tcW w:type="dxa" w:w="2608"/>
            <w:shd w:val="clear" w:fill="F2F2F2"/>
          </w:tcPr>
          <w:p>
            <w:pPr>
              <w:spacing w:before="60" w:after="60"/>
            </w:pPr>
            <w:r/>
            <w:r>
              <w:rPr>
                <w:rFonts w:ascii="微軟正黑體" w:hAnsi="微軟正黑體" w:eastAsia="微軟正黑體"/>
                <w:b/>
                <w:sz w:val="21"/>
              </w:rPr>
              <w:t>平台名稱與網址</w:t>
            </w:r>
          </w:p>
        </w:tc>
        <w:tc>
          <w:tcPr>
            <w:tcW w:type="dxa" w:w="6463"/>
          </w:tcPr>
          <w:p>
            <w:pPr>
              <w:spacing w:before="60" w:after="60"/>
            </w:pPr>
            <w:r/>
            <w:r>
              <w:rPr>
                <w:rFonts w:ascii="微軟正黑體" w:hAnsi="微軟正黑體" w:eastAsia="微軟正黑體"/>
                <w:b w:val="0"/>
                <w:color w:val="595959"/>
                <w:sz w:val="19"/>
              </w:rPr>
              <w:t>上題勾「是」者填寫。入選後應於名單公布起三十日內自各平台下架</w:t>
            </w:r>
          </w:p>
        </w:tc>
      </w:tr>
    </w:tbl>
    <w:p>
      <w:pPr>
        <w:spacing w:before="160" w:after="40" w:line="300" w:lineRule="auto"/>
      </w:pPr>
      <w:r>
        <w:rPr>
          <w:rFonts w:ascii="微軟正黑體" w:hAnsi="微軟正黑體" w:eastAsia="微軟正黑體"/>
          <w:b w:val="0"/>
          <w:sz w:val="20"/>
        </w:rPr>
        <w:t>本作品之任何一部分已取得 ISBN 或 EISBN 正式出版</w:t>
      </w:r>
    </w:p>
    <w:p>
      <w:pPr>
        <w:spacing w:before="20" w:after="20" w:line="269" w:lineRule="auto"/>
        <w:ind w:left="283"/>
      </w:pPr>
      <w:r>
        <w:rPr>
          <w:rFonts w:ascii="微軟正黑體" w:hAnsi="微軟正黑體" w:eastAsia="微軟正黑體"/>
          <w:sz w:val="21"/>
        </w:rPr>
        <w:t>☐　否</w:t>
      </w:r>
    </w:p>
    <w:p>
      <w:pPr>
        <w:spacing w:before="20" w:after="20" w:line="269" w:lineRule="auto"/>
        <w:ind w:left="283"/>
      </w:pPr>
      <w:r>
        <w:rPr>
          <w:rFonts w:ascii="微軟正黑體" w:hAnsi="微軟正黑體" w:eastAsia="微軟正黑體"/>
          <w:sz w:val="21"/>
        </w:rPr>
        <w:t>☐　是（不符投稿資格，請勿投稿）</w:t>
      </w:r>
    </w:p>
    <w:p>
      <w:pPr>
        <w:spacing w:before="180" w:after="60"/>
        <w:pBdr>
          <w:bottom w:val="single" w:sz="8" w:color="666666"/>
        </w:pBdr>
      </w:pPr>
      <w:r>
        <w:rPr>
          <w:rFonts w:ascii="微軟正黑體" w:hAnsi="微軟正黑體" w:eastAsia="微軟正黑體"/>
          <w:b/>
          <w:sz w:val="23"/>
        </w:rPr>
        <w:t>六、檢附檔案</w:t>
      </w:r>
    </w:p>
    <w:p>
      <w:pPr>
        <w:spacing w:before="0" w:after="80" w:line="300" w:lineRule="auto"/>
      </w:pPr>
      <w:r>
        <w:rPr>
          <w:rFonts w:ascii="微軟正黑體" w:hAnsi="微軟正黑體" w:eastAsia="微軟正黑體"/>
          <w:b w:val="0"/>
          <w:color w:val="595959"/>
          <w:sz w:val="19"/>
        </w:rPr>
        <w:t>請確認以下三項皆已隨信附上。單一檔案超過 10 MB 者請先來信洽詢。</w:t>
      </w:r>
    </w:p>
    <w:p>
      <w:pPr>
        <w:spacing w:before="20" w:after="20" w:line="269" w:lineRule="auto"/>
        <w:ind w:left="283"/>
      </w:pPr>
      <w:r>
        <w:rPr>
          <w:rFonts w:ascii="微軟正黑體" w:hAnsi="微軟正黑體" w:eastAsia="微軟正黑體"/>
          <w:sz w:val="21"/>
        </w:rPr>
        <w:t>☐　小說全文，Word 檔與 PDF 檔各一份，內容一致，稿件內不得出現真實姓名、筆名、服務單位、致謝或社群帳號</w:t>
      </w:r>
    </w:p>
    <w:p>
      <w:pPr>
        <w:spacing w:before="20" w:after="20" w:line="269" w:lineRule="auto"/>
        <w:ind w:left="283"/>
      </w:pPr>
      <w:r>
        <w:rPr>
          <w:rFonts w:ascii="微軟正黑體" w:hAnsi="微軟正黑體" w:eastAsia="微軟正黑體"/>
          <w:sz w:val="21"/>
        </w:rPr>
        <w:t>☐　購買證明</w:t>
      </w:r>
    </w:p>
    <w:p>
      <w:pPr>
        <w:spacing w:before="20" w:after="20" w:line="269" w:lineRule="auto"/>
        <w:ind w:left="283"/>
      </w:pPr>
      <w:r>
        <w:rPr>
          <w:rFonts w:ascii="微軟正黑體" w:hAnsi="微軟正黑體" w:eastAsia="微軟正黑體"/>
          <w:sz w:val="21"/>
        </w:rPr>
        <w:t>☐　身分證正面影本</w:t>
      </w:r>
    </w:p>
    <w:p>
      <w:pPr>
        <w:spacing w:before="180" w:after="60"/>
        <w:pBdr>
          <w:bottom w:val="single" w:sz="8" w:color="666666"/>
        </w:pBdr>
      </w:pPr>
      <w:r>
        <w:rPr>
          <w:rFonts w:ascii="微軟正黑體" w:hAnsi="微軟正黑體" w:eastAsia="微軟正黑體"/>
          <w:b/>
          <w:sz w:val="23"/>
        </w:rPr>
        <w:t>七、聲明事項</w:t>
      </w:r>
    </w:p>
    <w:p>
      <w:pPr>
        <w:spacing w:before="0" w:after="80" w:line="300" w:lineRule="auto"/>
      </w:pPr>
      <w:r>
        <w:rPr>
          <w:rFonts w:ascii="微軟正黑體" w:hAnsi="微軟正黑體" w:eastAsia="微軟正黑體"/>
          <w:b w:val="0"/>
          <w:color w:val="595959"/>
          <w:sz w:val="19"/>
        </w:rPr>
        <w:t>請逐項確認後勾選，未全數勾選者視為報名資料不完整。</w:t>
      </w:r>
    </w:p>
    <w:p>
      <w:pPr>
        <w:spacing w:before="20" w:after="20" w:line="269" w:lineRule="auto"/>
        <w:ind w:left="283"/>
      </w:pPr>
      <w:r>
        <w:rPr>
          <w:rFonts w:ascii="微軟正黑體" w:hAnsi="微軟正黑體" w:eastAsia="微軟正黑體"/>
          <w:sz w:val="20"/>
        </w:rPr>
        <w:t>☐　本人具中華民國國籍，且年滿十八歲。</w:t>
      </w:r>
    </w:p>
    <w:p>
      <w:pPr>
        <w:spacing w:before="20" w:after="20" w:line="269" w:lineRule="auto"/>
        <w:ind w:left="283"/>
      </w:pPr>
      <w:r>
        <w:rPr>
          <w:rFonts w:ascii="微軟正黑體" w:hAnsi="微軟正黑體" w:eastAsia="微軟正黑體"/>
          <w:sz w:val="20"/>
        </w:rPr>
        <w:t>☐　本次投稿僅此一件作品，未跨組重複報名。</w:t>
      </w:r>
    </w:p>
    <w:p>
      <w:pPr>
        <w:spacing w:before="20" w:after="20" w:line="269" w:lineRule="auto"/>
        <w:ind w:left="283"/>
      </w:pPr>
      <w:r>
        <w:rPr>
          <w:rFonts w:ascii="微軟正黑體" w:hAnsi="微軟正黑體" w:eastAsia="微軟正黑體"/>
          <w:sz w:val="20"/>
        </w:rPr>
        <w:t>☐　本作品為本人單獨創作，非與他人合著，且未侵害他人著作權、隱私權或其他權利。</w:t>
      </w:r>
    </w:p>
    <w:p>
      <w:pPr>
        <w:spacing w:before="20" w:after="20" w:line="269" w:lineRule="auto"/>
        <w:ind w:left="283"/>
      </w:pPr>
      <w:r>
        <w:rPr>
          <w:rFonts w:ascii="微軟正黑體" w:hAnsi="微軟正黑體" w:eastAsia="微軟正黑體"/>
          <w:sz w:val="20"/>
        </w:rPr>
        <w:t>☐　本作品之情節、結構與文字並非由生成式人工智慧產出。</w:t>
      </w:r>
    </w:p>
    <w:p>
      <w:pPr>
        <w:spacing w:before="20" w:after="20" w:line="269" w:lineRule="auto"/>
        <w:ind w:left="283"/>
      </w:pPr>
      <w:r>
        <w:rPr>
          <w:rFonts w:ascii="微軟正黑體" w:hAnsi="微軟正黑體" w:eastAsia="微軟正黑體"/>
          <w:sz w:val="20"/>
        </w:rPr>
        <w:t>☐　自寄件之日起至入選名單公布之日止，本人不將本作品或其改寫版本投稿其他徵件活動，亦不公開發表或授權他人使用。</w:t>
      </w:r>
    </w:p>
    <w:p>
      <w:pPr>
        <w:spacing w:before="20" w:after="20" w:line="269" w:lineRule="auto"/>
        <w:ind w:left="283"/>
      </w:pPr>
      <w:r>
        <w:rPr>
          <w:rFonts w:ascii="微軟正黑體" w:hAnsi="微軟正黑體" w:eastAsia="微軟正黑體"/>
          <w:sz w:val="20"/>
        </w:rPr>
        <w:t>☐　本人同意如獲入選，作品以單行本形式發行並收入幻華創造「暗格」書系第二格，依該書系統一開本、版式與檔期出版，並以本表所填筆名發表。</w:t>
      </w:r>
    </w:p>
    <w:p>
      <w:pPr>
        <w:spacing w:before="20" w:after="20" w:line="269" w:lineRule="auto"/>
        <w:ind w:left="283"/>
      </w:pPr>
      <w:r>
        <w:rPr>
          <w:rFonts w:ascii="微軟正黑體" w:hAnsi="微軟正黑體" w:eastAsia="微軟正黑體"/>
          <w:sz w:val="20"/>
        </w:rPr>
        <w:t>☐　本人已閱讀簡章全文並同意各項規定。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652"/>
        </w:trPr>
        <w:tc>
          <w:tcPr>
            <w:tcW w:type="dxa" w:w="2608"/>
            <w:shd w:val="clear" w:fill="F2F2F2"/>
          </w:tcPr>
          <w:p>
            <w:pPr>
              <w:spacing w:before="60" w:after="60"/>
            </w:pPr>
            <w:r/>
            <w:r>
              <w:rPr>
                <w:rFonts w:ascii="微軟正黑體" w:hAnsi="微軟正黑體" w:eastAsia="微軟正黑體"/>
                <w:b/>
                <w:sz w:val="21"/>
              </w:rPr>
              <w:t>投稿人簽名</w:t>
            </w:r>
          </w:p>
        </w:tc>
        <w:tc>
          <w:tcPr>
            <w:tcW w:type="dxa" w:w="6463"/>
          </w:tcPr>
          <w:p>
            <w:pPr>
              <w:spacing w:before="60" w:after="60"/>
            </w:pPr>
            <w:r/>
            <w:r>
              <w:rPr>
                <w:rFonts w:ascii="微軟正黑體" w:hAnsi="微軟正黑體" w:eastAsia="微軟正黑體"/>
                <w:b w:val="0"/>
                <w:color w:val="595959"/>
                <w:sz w:val="19"/>
              </w:rPr>
              <w:t>正楷輸入姓名或插入手寫簽名圖檔均可</w:t>
            </w:r>
          </w:p>
        </w:tc>
      </w:tr>
      <w:tr>
        <w:trPr>
          <w:trHeight w:val="652"/>
        </w:trPr>
        <w:tc>
          <w:tcPr>
            <w:tcW w:type="dxa" w:w="2608"/>
            <w:shd w:val="clear" w:fill="F2F2F2"/>
          </w:tcPr>
          <w:p>
            <w:pPr>
              <w:spacing w:before="60" w:after="60"/>
            </w:pPr>
            <w:r/>
            <w:r>
              <w:rPr>
                <w:rFonts w:ascii="微軟正黑體" w:hAnsi="微軟正黑體" w:eastAsia="微軟正黑體"/>
                <w:b/>
                <w:sz w:val="21"/>
              </w:rPr>
              <w:t>填表日期</w:t>
            </w:r>
          </w:p>
        </w:tc>
        <w:tc>
          <w:tcPr>
            <w:tcW w:type="dxa" w:w="6463"/>
          </w:tcPr>
          <w:p>
            <w:pPr>
              <w:spacing w:before="60" w:after="60"/>
            </w:pPr>
            <w:r/>
            <w:r>
              <w:rPr>
                <w:rFonts w:ascii="微軟正黑體" w:hAnsi="微軟正黑體" w:eastAsia="微軟正黑體"/>
                <w:b w:val="0"/>
                <w:color w:val="595959"/>
                <w:sz w:val="19"/>
              </w:rPr>
              <w:t xml:space="preserve">　　　　年　　　月　　　日</w:t>
            </w:r>
          </w:p>
        </w:tc>
      </w:tr>
    </w:tbl>
    <w:sectPr w:rsidR="00FC693F" w:rsidRPr="0006063C" w:rsidSect="00034616">
      <w:pgSz w:w="11906" w:h="16838"/>
      <w:pgMar w:top="1020" w:right="1247" w:bottom="907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微軟正黑體" w:hAnsi="微軟正黑體" w:eastAsia="微軟正黑體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